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65D"/>
          <w:sz w:val="48"/>
        </w:rPr>
        <w:t>MARCOS FREITAS</w:t>
      </w:r>
    </w:p>
    <w:p>
      <w:pPr>
        <w:jc w:val="center"/>
      </w:pPr>
      <w:r>
        <w:rPr>
          <w:b/>
          <w:color w:val="1F6D7A"/>
          <w:sz w:val="22"/>
        </w:rPr>
        <w:t>EXECUTIVO DE LOGÍSTICA, OPERAÇÕES, TRANSPORTES E SUPPLY CHAIN</w:t>
      </w:r>
    </w:p>
    <w:p>
      <w:pPr>
        <w:pStyle w:val="Heading1"/>
      </w:pPr>
      <w:r>
        <w:t>RESUMO EXECUTIVO</w:t>
      </w:r>
    </w:p>
    <w:p>
      <w:r>
        <w:t>Executivo com mais de 25 anos de experiência em gestão operacional, logística e transportes, incluindo 10 anos de atuação internacional. Experiência em operações complexas, Supply Chain End-to-End, gestão de frotas, PCP/PCM, CDs/Hubs, unidades de negócios, Comercial, Compras/Suprimentos, tecnologia e liderança.</w:t>
      </w:r>
    </w:p>
    <w:p>
      <w:r>
        <w:t>Escala de liderança: até 250 profissionais diretos, 8.000 colaboradores indiretos e estruturas de até 122 filiais.</w:t>
      </w:r>
    </w:p>
    <w:p>
      <w:pPr>
        <w:pStyle w:val="Heading2"/>
      </w:pPr>
      <w:r>
        <w:t>GESTÃO DE CENTROS DE DISTRIBUIÇÃO E HUBS LOGÍSTICOS</w:t>
      </w:r>
    </w:p>
    <w:p>
      <w:pPr>
        <w:pStyle w:val="ListBullet"/>
        <w:spacing w:after="40"/>
      </w:pPr>
      <w:r>
        <w:t>Gestão de Inbound, recebimento, armazenagem, Picking, Packing, Cross-Docking, Outbound, expedição, distribuição e logística reversa.</w:t>
      </w:r>
    </w:p>
    <w:p>
      <w:pPr>
        <w:pStyle w:val="ListBullet"/>
        <w:spacing w:after="40"/>
      </w:pPr>
      <w:r>
        <w:t>Planejamento de capacidade, layout, docas, pátios, mão de obra, equipamentos e recursos; gestão de equipes próprias e terceirizadas.</w:t>
      </w:r>
    </w:p>
    <w:p>
      <w:pPr>
        <w:pStyle w:val="ListBullet"/>
        <w:spacing w:after="40"/>
      </w:pPr>
      <w:r>
        <w:t>Estoques, inventários, acuracidade, endereçamento, Slotting, FIFO/FEFO, giro, cobertura, ocupação, perdas e avarias.</w:t>
      </w:r>
    </w:p>
    <w:p>
      <w:pPr>
        <w:pStyle w:val="ListBullet"/>
        <w:spacing w:after="40"/>
      </w:pPr>
      <w:r>
        <w:t>Integração com transportes, programação de cargas, roteirização, consolidação/desconsolidação, transferências e performance de transportadoras.</w:t>
      </w:r>
    </w:p>
    <w:p>
      <w:pPr>
        <w:pStyle w:val="ListBullet"/>
        <w:spacing w:after="40"/>
      </w:pPr>
      <w:r>
        <w:t>ERP, WMS, TMS, BI e KPIs: OTIF, SLA, Lead Time, Dock-to-Stock, Fill Rate, produtividade, ocupação, custo/pedido, avarias e backlog.</w:t>
      </w:r>
    </w:p>
    <w:p>
      <w:pPr>
        <w:pStyle w:val="ListBullet"/>
        <w:spacing w:after="40"/>
      </w:pPr>
      <w:r>
        <w:t>Lean Logistics, PDCA, 5W2H, causa raiz e padronização para produtividade, redução de custos e melhoria do nível de serviço.</w:t>
      </w:r>
    </w:p>
    <w:p>
      <w:pPr>
        <w:pStyle w:val="Heading2"/>
      </w:pPr>
      <w:r>
        <w:t>GESTÃO ADMINISTRATIVA E FINANCEIRA</w:t>
      </w:r>
    </w:p>
    <w:p>
      <w:pPr>
        <w:pStyle w:val="ListBullet"/>
        <w:spacing w:after="40"/>
      </w:pPr>
      <w:r>
        <w:t>Budget, Forecast, fluxo de caixa, contas a pagar/receber, faturamento, conciliações, cobrança, capital de giro, CAPEX e OPEX.</w:t>
      </w:r>
    </w:p>
    <w:p>
      <w:pPr>
        <w:pStyle w:val="ListBullet"/>
        <w:spacing w:after="40"/>
      </w:pPr>
      <w:r>
        <w:t>Análise de receitas, despesas, custos, margens e rentabilidade por operação, contrato, cliente, unidade e centro de custo.</w:t>
      </w:r>
    </w:p>
    <w:p>
      <w:pPr>
        <w:pStyle w:val="ListBullet"/>
        <w:spacing w:after="40"/>
      </w:pPr>
      <w:r>
        <w:t>Controles internos, políticas, procedimentos, fluxos de aprovação, governança e integração com Contabilidade, Fiscal, RH, Comercial e Operações.</w:t>
      </w:r>
    </w:p>
    <w:p>
      <w:pPr>
        <w:pStyle w:val="ListBullet"/>
        <w:spacing w:after="40"/>
      </w:pPr>
      <w:r>
        <w:t>Contratos e fornecedores: preços, prazos, condições, reajustes, performance e saving.</w:t>
      </w:r>
    </w:p>
    <w:p>
      <w:pPr>
        <w:pStyle w:val="ListBullet"/>
        <w:spacing w:after="40"/>
      </w:pPr>
      <w:r>
        <w:t>ERP, sistemas financeiros, BI, dashboards e Excel; KPIs: Receita, Margem, EBITDA, Fluxo de Caixa, Budget x Realizado e inadimplência.</w:t>
      </w:r>
    </w:p>
    <w:p>
      <w:pPr>
        <w:pStyle w:val="Heading2"/>
      </w:pPr>
      <w:r>
        <w:t>PLANEJAMENTO E CONTROLE DA PRODUÇÃO (PCP) E MANUTENÇÃO (PCM)</w:t>
      </w:r>
    </w:p>
    <w:p>
      <w:pPr>
        <w:pStyle w:val="ListBullet"/>
        <w:spacing w:after="40"/>
      </w:pPr>
      <w:r>
        <w:t>PCP: Forecast, capacidade, programação, sequenciamento, MRP, estoques, planejado x realizado, produtividade, gargalos, lead time e backlog.</w:t>
      </w:r>
    </w:p>
    <w:p>
      <w:pPr>
        <w:pStyle w:val="ListBullet"/>
        <w:spacing w:after="40"/>
      </w:pPr>
      <w:r>
        <w:t>PCM: preventiva, preditiva e corretiva, inspeções, revisões, Ordens de Serviço, backlog e programação por criticidade.</w:t>
      </w:r>
    </w:p>
    <w:p>
      <w:pPr>
        <w:pStyle w:val="ListBullet"/>
        <w:spacing w:after="40"/>
      </w:pPr>
      <w:r>
        <w:t>Planejamento de mão de obra, peças, ferramentas, oficinas, fornecedores e serviços; gestão de confiabilidade e ciclo de vida dos ativos.</w:t>
      </w:r>
    </w:p>
    <w:p>
      <w:pPr>
        <w:pStyle w:val="ListBullet"/>
        <w:spacing w:after="40"/>
      </w:pPr>
      <w:r>
        <w:t>TPM, RCM, FMEA, Pareto, PDCA, 5W2H e causa raiz; Budget, Forecast, CAPEX e OPEX.</w:t>
      </w:r>
    </w:p>
    <w:p>
      <w:pPr>
        <w:pStyle w:val="ListBullet"/>
        <w:spacing w:after="40"/>
      </w:pPr>
      <w:r>
        <w:t>KPIs: OEE, MTBF, MTTR, disponibilidade, confiabilidade, cumprimento de preventivas e custos por ativo; ERP, CMMS, BI e telemetria.</w:t>
      </w:r>
    </w:p>
    <w:p>
      <w:pPr>
        <w:pStyle w:val="Heading2"/>
      </w:pPr>
      <w:r>
        <w:t>GESTÃO ESTRATÉGICA DE LOGÍSTICA, TRANSPORTES E OPERAÇÕES</w:t>
      </w:r>
    </w:p>
    <w:p>
      <w:pPr>
        <w:pStyle w:val="ListBullet"/>
        <w:spacing w:after="40"/>
      </w:pPr>
      <w:r>
        <w:t>Planejamento e otimização de operações logísticas de alta complexidade, integrando transportes, armazenagem, distribuição, pessoas, frotas, fornecedores e custos.</w:t>
      </w:r>
    </w:p>
    <w:p>
      <w:pPr>
        <w:pStyle w:val="ListBullet"/>
        <w:spacing w:after="40"/>
      </w:pPr>
      <w:r>
        <w:t>Planejamento de cargas, coletas, entregas, transferências, roteirização, frota própria/terceirizada, transportadoras, fretes, contratos e malha logística.</w:t>
      </w:r>
    </w:p>
    <w:p>
      <w:pPr>
        <w:pStyle w:val="ListBullet"/>
        <w:spacing w:after="40"/>
      </w:pPr>
      <w:r>
        <w:t>Operações avançadas, CDs e Hubs: recebimento, armazenagem, Picking, Packing, Cross-Docking, expedição, inventários e acuracidade.</w:t>
      </w:r>
    </w:p>
    <w:p>
      <w:pPr>
        <w:pStyle w:val="ListBullet"/>
        <w:spacing w:after="40"/>
      </w:pPr>
      <w:r>
        <w:t>Perecíveis/refrigerados: cadeia do frio, temperatura, validade, rastreabilidade e FIFO/FEFO; logística reversa de produtos, materiais e resíduos.</w:t>
      </w:r>
    </w:p>
    <w:p>
      <w:pPr>
        <w:pStyle w:val="ListBullet"/>
        <w:spacing w:after="40"/>
      </w:pPr>
      <w:r>
        <w:t>ERP, WMS, TMS, BI, telemetria e KPIs: OTIF, SLA, Lead Time, Fill Rate, custo/km, ocupação, disponibilidade, produtividade e km improdutivo.</w:t>
      </w:r>
    </w:p>
    <w:p>
      <w:pPr>
        <w:pStyle w:val="Heading2"/>
      </w:pPr>
      <w:r>
        <w:t>GESTÃO E MANUTENÇÃO DE FROTAS</w:t>
      </w:r>
    </w:p>
    <w:p>
      <w:pPr>
        <w:pStyle w:val="ListBullet"/>
        <w:spacing w:after="40"/>
      </w:pPr>
      <w:r>
        <w:t>Gestão de frotas leves, pesadas, utilitários, máquinas e equipamentos; frota própria, agregada, cooperada, locada e terceirizada.</w:t>
      </w:r>
    </w:p>
    <w:p>
      <w:pPr>
        <w:pStyle w:val="ListBullet"/>
        <w:spacing w:after="40"/>
      </w:pPr>
      <w:r>
        <w:t>Dimensionamento, especificação, aquisição, locação, renovação, substituição e desmobilização de ativos.</w:t>
      </w:r>
    </w:p>
    <w:p>
      <w:pPr>
        <w:pStyle w:val="ListBullet"/>
        <w:spacing w:after="40"/>
      </w:pPr>
      <w:r>
        <w:t>PCM, oficinas, fornecedores, peças, pneus, lubrificantes, combustível, confiabilidade, ciclo de vida, TCO, Budget, Forecast, CAPEX e OPEX.</w:t>
      </w:r>
    </w:p>
    <w:p>
      <w:pPr>
        <w:pStyle w:val="ListBullet"/>
        <w:spacing w:after="40"/>
      </w:pPr>
      <w:r>
        <w:t>Telemetria, GPS, rastreamento, ERP, CMMS e BI para consumo, rotas, utilização, segurança e performance.</w:t>
      </w:r>
    </w:p>
    <w:p>
      <w:pPr>
        <w:pStyle w:val="ListBullet"/>
        <w:spacing w:after="40"/>
      </w:pPr>
      <w:r>
        <w:t>Compliance documental e KPIs: Disponibilidade, Utilização, MTBF, MTTR, Quebras, Preventiva x Corretiva, Custo/km, Km/l, TCO e Sinistralidade.</w:t>
      </w:r>
    </w:p>
    <w:p>
      <w:pPr>
        <w:pStyle w:val="Heading2"/>
      </w:pPr>
      <w:r>
        <w:t>GESTÃO DE UNIDADES DE NEGÓCIOS E FILIAIS</w:t>
      </w:r>
    </w:p>
    <w:p>
      <w:pPr>
        <w:pStyle w:val="ListBullet"/>
        <w:spacing w:after="40"/>
      </w:pPr>
      <w:r>
        <w:t>Gestão estratégica, administrativa, financeira, comercial e operacional de unidades e filiais como centros de resultado.</w:t>
      </w:r>
    </w:p>
    <w:p>
      <w:pPr>
        <w:pStyle w:val="ListBullet"/>
        <w:spacing w:after="40"/>
      </w:pPr>
      <w:r>
        <w:t>P&amp;L, receita, custos, margens, caixa, Budget, Forecast, CAPEX, OPEX, capacidade, pessoas, instalações, frota e equipamentos.</w:t>
      </w:r>
    </w:p>
    <w:p>
      <w:pPr>
        <w:pStyle w:val="ListBullet"/>
        <w:spacing w:after="40"/>
      </w:pPr>
      <w:r>
        <w:t>Relacionamento com clientes, propostas, pricing, retenção, renovação e expansão de contratos; rentabilidade por cliente/contrato/unidade.</w:t>
      </w:r>
    </w:p>
    <w:p>
      <w:pPr>
        <w:pStyle w:val="ListBullet"/>
        <w:spacing w:after="40"/>
      </w:pPr>
      <w:r>
        <w:t>Contratos, fornecedores, ativos, infraestrutura, compliance, segurança, qualidade e riscos.</w:t>
      </w:r>
    </w:p>
    <w:p>
      <w:pPr>
        <w:pStyle w:val="ListBullet"/>
        <w:spacing w:after="40"/>
      </w:pPr>
      <w:r>
        <w:t>ERP, BI e KPIs: Receita, Margem, EBITDA, P&amp;L, produtividade, custos, SLA, OTIF e utilização de ativos; reestruturação, turnaround e expansão.</w:t>
      </w:r>
    </w:p>
    <w:p>
      <w:pPr>
        <w:pStyle w:val="Heading2"/>
      </w:pPr>
      <w:r>
        <w:t>GESTÃO DE OBRAS E PROJETOS</w:t>
      </w:r>
    </w:p>
    <w:p>
      <w:pPr>
        <w:pStyle w:val="ListBullet"/>
        <w:spacing w:after="40"/>
      </w:pPr>
      <w:r>
        <w:t>Planejamento, gestão, coordenação e controle de obras e projetos, integrando pessoas, fornecedores, materiais, equipamentos, contratos, custos e recursos.</w:t>
      </w:r>
    </w:p>
    <w:p>
      <w:pPr>
        <w:pStyle w:val="ListBullet"/>
        <w:spacing w:after="40"/>
      </w:pPr>
      <w:r>
        <w:t>Escopo, cronograma físico e físico-financeiro, orçamento, marcos, avanço, restrições, gargalos e planos de recuperação.</w:t>
      </w:r>
    </w:p>
    <w:p>
      <w:pPr>
        <w:pStyle w:val="ListBullet"/>
        <w:spacing w:after="40"/>
      </w:pPr>
      <w:r>
        <w:t>Budget, CAPEX, OPEX, medições, contratos, suprimentos, logística de canteiro, mobilização/desmobilização, máquinas e equipamentos.</w:t>
      </w:r>
    </w:p>
    <w:p>
      <w:pPr>
        <w:pStyle w:val="ListBullet"/>
        <w:spacing w:after="40"/>
      </w:pPr>
      <w:r>
        <w:t>Liderança de equipes próprias e terceirizadas, segurança, qualidade, conformidade e gestão de riscos.</w:t>
      </w:r>
    </w:p>
    <w:p>
      <w:pPr>
        <w:pStyle w:val="ListBullet"/>
        <w:spacing w:after="40"/>
      </w:pPr>
      <w:r>
        <w:t>ERP, BI, Excel e KPIs: aderência ao cronograma, produtividade, custo real x orçado, disponibilidade e utilização de equipamentos.</w:t>
      </w:r>
    </w:p>
    <w:p>
      <w:pPr>
        <w:pStyle w:val="Heading2"/>
      </w:pPr>
      <w:r>
        <w:t>OPERAÇÕES LOGÍSTICAS DE APOIO OFFSHORE</w:t>
      </w:r>
    </w:p>
    <w:p>
      <w:pPr>
        <w:pStyle w:val="ListBullet"/>
        <w:spacing w:after="40"/>
      </w:pPr>
      <w:r>
        <w:t>Planejamento e controle de apoio offshore com materiais, equipamentos, cargas, passageiros, granéis, combustíveis e recursos.</w:t>
      </w:r>
    </w:p>
    <w:p>
      <w:pPr>
        <w:pStyle w:val="ListBullet"/>
        <w:spacing w:after="40"/>
      </w:pPr>
      <w:r>
        <w:t>Bases logísticas, Inbound/Outbound, recebimento, armazenagem, consolidação, expedição, rastreabilidade e materiais críticos.</w:t>
      </w:r>
    </w:p>
    <w:p>
      <w:pPr>
        <w:pStyle w:val="ListBullet"/>
        <w:spacing w:after="40"/>
      </w:pPr>
      <w:r>
        <w:t>Apoio à movimentação de cargas e passageiros; programação de granéis e diesel; transportes terrestres, coletas, entregas e transferências.</w:t>
      </w:r>
    </w:p>
    <w:p>
      <w:pPr>
        <w:pStyle w:val="ListBullet"/>
        <w:spacing w:after="40"/>
      </w:pPr>
      <w:r>
        <w:t>Fornecedores, operadores logísticos, contratos, SLAs, riscos, segurança, conformidade, contingência, Budget e Forecast.</w:t>
      </w:r>
    </w:p>
    <w:p>
      <w:pPr>
        <w:pStyle w:val="ListBullet"/>
        <w:spacing w:after="40"/>
      </w:pPr>
      <w:r>
        <w:t>ERP, rastreamento, BI e KPIs: OTIF, SLA, Lead Time, disponibilidade, acuracidade, produtividade e backlog.</w:t>
      </w:r>
    </w:p>
    <w:p>
      <w:pPr>
        <w:pStyle w:val="Heading2"/>
      </w:pPr>
      <w:r>
        <w:t>GESTÃO DE PESSOAS E LIDERANÇA</w:t>
      </w:r>
    </w:p>
    <w:p>
      <w:pPr>
        <w:pStyle w:val="ListBullet"/>
        <w:spacing w:after="40"/>
      </w:pPr>
      <w:r>
        <w:t>Liderança e desenvolvimento de equipes multidisciplinares e estruturas organizacionais de grande porte.</w:t>
      </w:r>
    </w:p>
    <w:p>
      <w:pPr>
        <w:pStyle w:val="ListBullet"/>
        <w:spacing w:after="40"/>
      </w:pPr>
      <w:r>
        <w:t>Gestão direta de até 250 profissionais, indireta de até 8.000 colaboradores e atuação em estruturas de até 122 filiais.</w:t>
      </w:r>
    </w:p>
    <w:p>
      <w:pPr>
        <w:pStyle w:val="ListBullet"/>
        <w:spacing w:after="40"/>
      </w:pPr>
      <w:r>
        <w:t>Desenvolvimento de gestores, dimensionamento de equipes, papéis, metas, KPIs, delegação, accountability, feedback e sucessão.</w:t>
      </w:r>
    </w:p>
    <w:p>
      <w:pPr>
        <w:pStyle w:val="ListBullet"/>
        <w:spacing w:after="40"/>
      </w:pPr>
      <w:r>
        <w:t>Gestão de conflitos, tomada de decisão, cultura de alta performance, comunicação e alinhamento entre Diretoria, Gerências, Supervisão e operação.</w:t>
      </w:r>
    </w:p>
    <w:p>
      <w:pPr>
        <w:pStyle w:val="ListBullet"/>
        <w:spacing w:after="40"/>
      </w:pPr>
      <w:r>
        <w:t>Liderança de reestruturações, implantação de sistemas e tecnologias e gestão da mudança; KPIs de produtividade, absenteísmo, turnover, segurança e custos.</w:t>
      </w:r>
    </w:p>
    <w:p>
      <w:pPr>
        <w:pStyle w:val="Heading2"/>
      </w:pPr>
      <w:r>
        <w:t>TECNOLOGIA, SISTEMAS E INTELIGÊNCIA DE GESTÃO</w:t>
      </w:r>
    </w:p>
    <w:p>
      <w:pPr>
        <w:pStyle w:val="ListBullet"/>
        <w:spacing w:after="40"/>
      </w:pPr>
      <w:r>
        <w:t>ERP e sistemas corporativos integrando Compras, Estoques, PCP, PCM, Logística, Transportes, Financeiro e indicadores.</w:t>
      </w:r>
    </w:p>
    <w:p>
      <w:pPr>
        <w:pStyle w:val="ListBullet"/>
        <w:spacing w:after="40"/>
      </w:pPr>
      <w:r>
        <w:t>WMS, TMS e CMMS aplicados à armazenagem, transportes e gestão de ativos; telemetria, GPS e rastreamento.</w:t>
      </w:r>
    </w:p>
    <w:p>
      <w:pPr>
        <w:pStyle w:val="ListBullet"/>
        <w:spacing w:after="40"/>
      </w:pPr>
      <w:r>
        <w:t>BI, dashboards e Excel avançado para análise de custos, produtividade, disponibilidade, receita, margem, estoques, SLA e OTIF.</w:t>
      </w:r>
    </w:p>
    <w:p>
      <w:pPr>
        <w:pStyle w:val="ListBullet"/>
        <w:spacing w:after="40"/>
      </w:pPr>
      <w:r>
        <w:t>Implantação de sistemas, digitalização, automação, integração de processos e aplicação de IA à análise e suporte à decisão.</w:t>
      </w:r>
    </w:p>
    <w:p>
      <w:pPr>
        <w:pStyle w:val="ListBullet"/>
        <w:spacing w:after="40"/>
      </w:pPr>
      <w:r>
        <w:t>Governança e qualidade dos dados; integração ERP + WMS + TMS + CMMS + Telemetria + BI.</w:t>
      </w:r>
    </w:p>
    <w:p>
      <w:pPr>
        <w:pStyle w:val="Heading2"/>
      </w:pPr>
      <w:r>
        <w:t>GESTÃO COMERCIAL E DESENVOLVIMENTO DE NEGÓCIOS</w:t>
      </w:r>
    </w:p>
    <w:p>
      <w:pPr>
        <w:pStyle w:val="ListBullet"/>
        <w:spacing w:after="40"/>
      </w:pPr>
      <w:r>
        <w:t>Planejamento comercial, metas, receitas, margens, Forecast, carteira de clientes e oportunidades de crescimento.</w:t>
      </w:r>
    </w:p>
    <w:p>
      <w:pPr>
        <w:pStyle w:val="ListBullet"/>
        <w:spacing w:after="40"/>
      </w:pPr>
      <w:r>
        <w:t>Desenvolvimento de novos negócios, clientes, contratos, serviços e expansão de escopo; relacionamento, retenção, fidelização e renovação.</w:t>
      </w:r>
    </w:p>
    <w:p>
      <w:pPr>
        <w:pStyle w:val="ListBullet"/>
        <w:spacing w:after="40"/>
      </w:pPr>
      <w:r>
        <w:t>Propostas técnicas e comerciais, Pricing, Cost-to-Serve, formação de preços, custos, investimentos, capacidade e rentabilidade.</w:t>
      </w:r>
    </w:p>
    <w:p>
      <w:pPr>
        <w:pStyle w:val="ListBullet"/>
        <w:spacing w:after="40"/>
      </w:pPr>
      <w:r>
        <w:t>Negociação de preços, tarifas, reajustes, prazos, SLAs, escopos, aditivos e condições comerciais; gestão de contratos.</w:t>
      </w:r>
    </w:p>
    <w:p>
      <w:pPr>
        <w:pStyle w:val="ListBullet"/>
        <w:spacing w:after="40"/>
      </w:pPr>
      <w:r>
        <w:t>Análise de rentabilidade por cliente/contrato/operação e integração Comercial + Operações + Logística + Financeiro + Supply Chain.</w:t>
      </w:r>
    </w:p>
    <w:p>
      <w:pPr>
        <w:pStyle w:val="ListBullet"/>
        <w:spacing w:after="40"/>
      </w:pPr>
      <w:r>
        <w:t>ERP, CRM, BI e KPIs: Receita, Margem, Forecast, Pipeline, Conversão, Retenção, Rentabilidade, SLA e OTIF.</w:t>
      </w:r>
    </w:p>
    <w:p>
      <w:pPr>
        <w:pStyle w:val="Heading2"/>
      </w:pPr>
      <w:r>
        <w:t>GESTÃO DE COMPRAS, SUPRIMENTOS E SUPPLY CHAIN</w:t>
      </w:r>
    </w:p>
    <w:p>
      <w:pPr>
        <w:pStyle w:val="ListBullet"/>
        <w:spacing w:after="40"/>
      </w:pPr>
      <w:r>
        <w:t>Planejamento de materiais, peças, insumos, equipamentos e serviços com base em Forecast, consumo, estoques, Lead Time e criticidade.</w:t>
      </w:r>
    </w:p>
    <w:p>
      <w:pPr>
        <w:pStyle w:val="ListBullet"/>
        <w:spacing w:after="40"/>
      </w:pPr>
      <w:r>
        <w:t>Strategic Sourcing e Procurement: requisição, cotação, equalização, negociação, contratação, Follow-up e avaliação de fornecedores.</w:t>
      </w:r>
    </w:p>
    <w:p>
      <w:pPr>
        <w:pStyle w:val="ListBullet"/>
        <w:spacing w:after="40"/>
      </w:pPr>
      <w:r>
        <w:t>Negociação com foco em preço, prazo, qualidade, garantia, SLA, Saving, Cost Avoidance, PPV e TCO.</w:t>
      </w:r>
    </w:p>
    <w:p>
      <w:pPr>
        <w:pStyle w:val="ListBullet"/>
        <w:spacing w:after="40"/>
      </w:pPr>
      <w:r>
        <w:t>Prospecção, homologação, desenvolvimento e gestão de fornecedores; contratos, riscos de abastecimento e alternativas de fornecimento.</w:t>
      </w:r>
    </w:p>
    <w:p>
      <w:pPr>
        <w:pStyle w:val="ListBullet"/>
        <w:spacing w:after="40"/>
      </w:pPr>
      <w:r>
        <w:t>Estoques: Curva ABC, giro, cobertura, segurança, ponto de reposição, acuracidade, inventários, obsolescência e rupturas.</w:t>
      </w:r>
    </w:p>
    <w:p>
      <w:pPr>
        <w:pStyle w:val="ListBullet"/>
        <w:spacing w:after="40"/>
      </w:pPr>
      <w:r>
        <w:t>Visão End-to-End Supply Chain: Fornecedores → Compras → Estoques → Produção/Operações → Armazenagem → Transportes → Cliente.</w:t>
      </w:r>
    </w:p>
    <w:p>
      <w:pPr>
        <w:pStyle w:val="ListBullet"/>
        <w:spacing w:after="40"/>
      </w:pPr>
      <w:r>
        <w:t>Demand Planning, ERP, WMS, BI e KPIs: Lead Time, OTIF de fornecedores, Saving, TCO, Giro, Cobertura, Acuracidade e Rupturas.</w:t>
      </w:r>
    </w:p>
    <w:p>
      <w:pPr>
        <w:pStyle w:val="Heading2"/>
      </w:pPr>
      <w:r>
        <w:t>FORMAÇÃO ACADÊMICA E DESENVOLVIMENTO EXECUTIVO</w:t>
      </w:r>
    </w:p>
    <w:p>
      <w:pPr>
        <w:pStyle w:val="ListBullet"/>
        <w:spacing w:after="40"/>
      </w:pPr>
      <w:r>
        <w:t>Administração de Empresas com Habilitação em Transporte e Logística – Faculdades IDEPE.</w:t>
      </w:r>
    </w:p>
    <w:p>
      <w:pPr>
        <w:pStyle w:val="ListBullet"/>
        <w:spacing w:after="40"/>
      </w:pPr>
      <w:r>
        <w:t>Engenharia de Produção – Universidade Nove de Julho (UNINOVE).</w:t>
      </w:r>
    </w:p>
    <w:p>
      <w:pPr>
        <w:pStyle w:val="ListBullet"/>
        <w:spacing w:after="40"/>
      </w:pPr>
      <w:r>
        <w:t>Gestão da Distribuição e Logística – ISEG/IDEF – Lisboa School of Economics and Management.</w:t>
      </w:r>
    </w:p>
    <w:p>
      <w:pPr>
        <w:pStyle w:val="ListBullet"/>
        <w:spacing w:after="40"/>
      </w:pPr>
      <w:r>
        <w:t>Gestão em Logística Empresarial e Supply Chain – Universidade Nove de Julho (UNINOVE).</w:t>
      </w:r>
    </w:p>
    <w:p>
      <w:pPr>
        <w:pStyle w:val="ListBullet"/>
        <w:spacing w:after="40"/>
      </w:pPr>
      <w:r>
        <w:t>FGV: Gestão de Custos, Gestão de Pessoas, Balanced Scorecard, Estratégias de Empresas, Gestão Ambiental e Desenvolvimento Sustentável, Gestão de TI, Diversidade e RH.</w:t>
      </w:r>
    </w:p>
    <w:p>
      <w:pPr>
        <w:pStyle w:val="ListBullet"/>
        <w:spacing w:after="40"/>
      </w:pPr>
      <w:r>
        <w:t>Fundação COGE / CIT: Logística, Transportes, Planejamento, Qualidade, Indicadores, SIG, Gestão de Frotas, Pneus, Custos, Manutenção e Renovação de Equipamentos.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573"/>
        <w:sz w:val="15"/>
      </w:rPr>
      <w:t>Logística | Supply Chain | Transportes | Operações | Frota | PCP/PCM | Gestão Empresarial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5B6573"/>
        <w:sz w:val="16"/>
      </w:rPr>
      <w:t>MARCOS FREITAS  |  CURRÍCULO EXECUTIVO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F29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1F6D7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Aptos" w:hAnsi="Aptos"/>
      <w:b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